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דיון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הדיון הקבוצתי ואת התפקידים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בעזרת פותחי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יתרונות וחסרים של מקורות מידע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לשאול שאלות על הטיעונים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עדיף ללמוד על חג משיחה עם אדם מאשר מסרטון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להקשיב ולכבד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ארבעה תפקידים שונים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חשוב לנמק בעזרת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מסכמים אוספים את הטיעונים משני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אפשרות לעבור לקלף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מסכמים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(טוען/ת שהרעיון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(טוען/ת שהרעיון 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(שואלים שאלות מבהירות על הטיעונים)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(אוספים ומציגים את עיקרי הדיון)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מושכים קלף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בקבוצה מקבל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צד טוען לפי התפקיד שלו, תוך הקשבה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המסכמים מסכמים את עיקרי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טיעון הגיוני המתייחס ליתרון של שיחה, כמו אפשרות 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הגיוני המתייחס ליתרון של סרטון, כמו תמונות וקול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מבהירה הקשורה לשיחה או לסרטון כמקורות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בעד, נגד, שואלים, מסכמים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'אני חושב/ת ש... כי...'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לכבד ולנמק את הדברים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לקבוצות של ארבעה ולוודא שכל תלמיד/ה מקבל תפקיד שונה בכל 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בטיימר כדי לשמור על זמן קבוע לכל 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להדפיס את פותחי המשפט כעזר על השולחן בזמן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דיון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עושים דיון בקבוצה. יש ארבעה תפקידים: בעד, נגד, שואלים, מסכמים. נלמד גם איך מתחילים משפט כשרוצים לטעון על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דיון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כרטיסים עם נושא לדיון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שטוען שהרעיון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שטוען שהרעיון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שואלים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שאלות כדי להבין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מסכמים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שאוסף את הטיעונים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חושבים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שממנו לומדים, כמו שיחה או 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פותח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שעוזרות להתחיל לטעון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יש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אפשר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מי שתפקידו שואלים?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לטעון בעד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שאלות על הטיעונים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להתנגד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הדיון בדוגמה?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כדאי לחגוג את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עדיף ללמוד על חג משיחה עם אדם מאשר מסרטון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סרטון הכי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צריך לנהל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כשמישהו אחר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להכין את הטיעון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לצאת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ביחד איתו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בקבוצת דיון כל אחד מקבל תפקיד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לנמק טיעון בלי להישען על מה שלמדנו.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'מסכמים' הוא לטעון נגד הנושא.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למשוך קלף נוסף ולהמשיך לקלף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פותח משפט לטיעון: 'אני חושב/ת ש...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פותח משפט לטיעון: 'אמנם...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שתפקידו/ה __________ מנסה לשכנע שהרעיון לא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הדיון, ה__________ אוספים את כל הטיעונים ומציגים אותם.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שאלות מבהירות על הטיעונים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אוספים ומציגים את עיקרי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טוען/ת שהרעיון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טוען/ת שהרעיון לא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מושכים קלף 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המסכמים מסכמים את עיקרי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צד טוען לפי התפקיד שלו, תוך הקשבה וכבוד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בקבוצה מקבל 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אחד בעד הרעיון שעדיף ללמוד על חג משיחה עם 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אחד נגד הרעיון, כלומר בעד למידה מסרטון.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ששואל/ת היה שואל/ת כדי להבין טוב יותר את הנושא.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התפקידים בדיון 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פותח משפט אחד שאפשר להשתמש בו כשטוענים.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כלפי חברי הקבוצה בזמן הדיון?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דיון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